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0"/>
        <w:jc w:val="center"/>
      </w:pPr>
      <w:r>
        <w:rPr>
          <w:rFonts w:ascii="Arial" w:hAnsi="Arial"/>
          <w:b/>
          <w:sz w:val="28"/>
        </w:rPr>
        <w:t>ALEX ZHENG</w:t>
      </w:r>
    </w:p>
    <w:p>
      <w:pPr>
        <w:spacing w:after="0"/>
        <w:jc w:val="center"/>
      </w:pPr>
      <w:r>
        <w:rPr>
          <w:rFonts w:ascii="Arial" w:hAnsi="Arial"/>
          <w:sz w:val="20"/>
        </w:rPr>
        <w:t xml:space="preserve">Philadelphia, PA | </w:t>
      </w:r>
      <w:r>
        <w:rPr>
          <w:rFonts w:ascii="Arial" w:hAnsi="Arial"/>
          <w:sz w:val="20"/>
        </w:rPr>
        <w:t>zhengalex12@gmail.com</w:t>
      </w:r>
      <w:r>
        <w:rPr>
          <w:rFonts w:ascii="Arial" w:hAnsi="Arial"/>
          <w:sz w:val="20"/>
        </w:rPr>
        <w:t xml:space="preserve"> | </w:t>
      </w:r>
      <w:hyperlink r:id="rId9">
        <w:r>
          <w:rPr>
            <w:rFonts w:ascii="Arial" w:hAnsi="Arial"/>
            <w:color w:val="0563C1"/>
            <w:u w:val="single"/>
            <w:sz w:val="20"/>
          </w:rPr>
          <w:t>linkedin.com/in/alex-zheng0</w:t>
        </w:r>
      </w:hyperlink>
      <w:r>
        <w:rPr>
          <w:rFonts w:ascii="Arial" w:hAnsi="Arial"/>
          <w:sz w:val="20"/>
        </w:rPr>
        <w:t xml:space="preserve"> | </w:t>
      </w:r>
      <w:hyperlink r:id="rId10">
        <w:r>
          <w:rPr>
            <w:rFonts w:ascii="Arial" w:hAnsi="Arial"/>
            <w:color w:val="0563C1"/>
            <w:u w:val="single"/>
            <w:sz w:val="20"/>
          </w:rPr>
          <w:t>alexzheng-portfolio.pages.dev</w:t>
        </w:r>
      </w:hyperlink>
    </w:p>
    <w:p>
      <w:pPr>
        <w:spacing w:before="60" w:after="20"/>
        <w:pBdr>
          <w:bottom w:val="single" w:sz="8" w:space="1" w:color="000000"/>
        </w:pBdr>
      </w:pPr>
      <w:r>
        <w:rPr>
          <w:rFonts w:ascii="Arial" w:hAnsi="Arial"/>
          <w:b/>
          <w:sz w:val="21"/>
        </w:rP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203"/>
      </w:tblGrid>
      <w:tr>
        <w:trPr/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Community College of Philadelphia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9"/>
              </w:rPr>
              <w:t>2026</w:t>
            </w:r>
          </w:p>
        </w:tc>
      </w:tr>
    </w:tbl>
    <w:p>
      <w:pPr>
        <w:spacing w:after="0"/>
      </w:pPr>
      <w:r>
        <w:rPr>
          <w:rFonts w:ascii="Arial" w:hAnsi="Arial"/>
          <w:sz w:val="20"/>
        </w:rPr>
        <w:t>A.A.S. in Computer Information Systems</w:t>
      </w:r>
    </w:p>
    <w:p>
      <w:pPr>
        <w:spacing w:before="60" w:after="20"/>
        <w:pBdr>
          <w:bottom w:val="single" w:sz="8" w:space="1" w:color="000000"/>
        </w:pBdr>
      </w:pPr>
      <w:r>
        <w:rPr>
          <w:rFonts w:ascii="Arial" w:hAnsi="Arial"/>
          <w:b/>
          <w:sz w:val="21"/>
        </w:rPr>
        <w:t>RELEVANT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203"/>
      </w:tblGrid>
      <w:tr>
        <w:trPr/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AI Trainer | Handshake AI Fellowship, Remote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9"/>
              </w:rPr>
              <w:t>2026 - Present</w:t>
            </w:r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Review digital content against detailed project rules, correct labeling, timing, and formatting errors, and submit work that meets quality requirements.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Check structured fields for completeness and consistency, document problems clearly, and revise work based on review feedback so submissions stay accurate and usable.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203"/>
      </w:tblGrid>
      <w:tr>
        <w:trPr/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AI Evaluation and Training Data Contractor | Remote Projects, Remote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9"/>
              </w:rPr>
              <w:t>2025 - Present</w:t>
            </w:r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Evaluate structured outputs for accuracy, consistency, instruction following, and formatting, then record specific issues so they can be corrected.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Organize and validate task data with repeatable review steps, keeping information consistent across deadline-based assignments.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203"/>
      </w:tblGrid>
      <w:tr>
        <w:trPr/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Cashier | I Tea, Philadelphia, PA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9"/>
              </w:rPr>
              <w:t>Jun 2018 - Aug 2025</w:t>
            </w:r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Processed cash, card, phone, and online orders through the POS system while checking order details for accuracy during busy shifts.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Answered customer questions and resolved order issues calmly so customers received the correct items and clear information.</w:t>
      </w:r>
    </w:p>
    <w:p>
      <w:pPr>
        <w:spacing w:before="60" w:after="20"/>
        <w:pBdr>
          <w:bottom w:val="single" w:sz="8" w:space="1" w:color="000000"/>
        </w:pBdr>
      </w:pPr>
      <w:r>
        <w:rPr>
          <w:rFonts w:ascii="Arial" w:hAnsi="Arial"/>
          <w:b/>
          <w:sz w:val="21"/>
        </w:rPr>
        <w:t>SELECTED PROJECTS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203"/>
      </w:tblGrid>
      <w:tr>
        <w:trPr/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LobbyPick Analytics | SQL &amp; Power BI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  <w:jc w:val="right"/>
            </w:pPr>
            <w:hyperlink r:id="rId11">
              <w:r>
                <w:rPr>
                  <w:rFonts w:ascii="Arial" w:hAnsi="Arial"/>
                  <w:color w:val="0563C1"/>
                  <w:u w:val="single"/>
                  <w:sz w:val="19"/>
                </w:rPr>
                <w:t>GitHub</w:t>
              </w:r>
            </w:hyperlink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Analyzed a 28-game dataset from LobbyPick with SQL, using filters, grouping, counts, and averages to compare genres, session length, player limits, spending level, and private server availability.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Built a one-page Power BI dashboard with KPI cards, bar charts, and a session-length slicer; saved the report, CSV data, and SQL queries in GitHub.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203"/>
      </w:tblGrid>
      <w:tr>
        <w:trPr/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LobbyPick | Independent Web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  <w:jc w:val="right"/>
            </w:pPr>
            <w:hyperlink r:id="rId12">
              <w:r>
                <w:rPr>
                  <w:rFonts w:ascii="Arial" w:hAnsi="Arial"/>
                  <w:color w:val="0563C1"/>
                  <w:u w:val="single"/>
                  <w:sz w:val="19"/>
                </w:rPr>
                <w:t>lobbypick.com</w:t>
              </w:r>
            </w:hyperlink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Built and maintain a responsive Roblox game discovery website using HTML, CSS, and JavaScript, organizing 262 reviewed games with structured fields, filters, and matching tools.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Cleaned duplicate records, standardized labels, fixed broken links and mobile layout issues, and reviewed GA4 events to understand finder completion and outbound clicks.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203"/>
      </w:tblGrid>
      <w:tr>
        <w:trPr/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WorthMyTime | Web &amp; Data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  <w:jc w:val="right"/>
            </w:pPr>
            <w:hyperlink r:id="rId13">
              <w:r>
                <w:rPr>
                  <w:rFonts w:ascii="Arial" w:hAnsi="Arial"/>
                  <w:color w:val="0563C1"/>
                  <w:u w:val="single"/>
                  <w:sz w:val="19"/>
                </w:rPr>
                <w:t>worthmytime.pages.dev</w:t>
              </w:r>
            </w:hyperlink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Built a responsive job-value calculator that compares wages after commute time, taxes, and work costs, with side-by-side job and gig comparisons.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Added mobile-friendly inputs, comparison results, Google Analytics 4 tracking, and consent controls, then tested calculations and layouts across screen sizes.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203"/>
      </w:tblGrid>
      <w:tr>
        <w:trPr/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20"/>
              </w:rPr>
              <w:t>EarnVerity | Independent Web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 w:before="0"/>
              <w:jc w:val="right"/>
            </w:pPr>
            <w:hyperlink r:id="rId14">
              <w:r>
                <w:rPr>
                  <w:rFonts w:ascii="Arial" w:hAnsi="Arial"/>
                  <w:color w:val="0563C1"/>
                  <w:u w:val="single"/>
                  <w:sz w:val="19"/>
                </w:rPr>
                <w:t>earnverity.com</w:t>
              </w:r>
            </w:hyperlink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Built and maintain a mobile-friendly directory with 72 earning and financial platforms, using structured records for eligibility, payout timing, fees, categories, and disclosures.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Reviewed entries for outdated or inconsistent information, corrected duplicates, improved page readability, and verified links after updates.</w:t>
      </w:r>
    </w:p>
    <w:p>
      <w:pPr>
        <w:spacing w:before="60" w:after="20"/>
        <w:pBdr>
          <w:bottom w:val="single" w:sz="8" w:space="1" w:color="000000"/>
        </w:pBdr>
      </w:pPr>
      <w:r>
        <w:rPr>
          <w:rFonts w:ascii="Arial" w:hAnsi="Arial"/>
          <w:b/>
          <w:sz w:val="21"/>
        </w:rPr>
        <w:t>TECHNICAL SKILLS</w:t>
      </w:r>
    </w:p>
    <w:p>
      <w:pPr>
        <w:spacing w:after="0" w:line="245" w:lineRule="auto"/>
      </w:pPr>
      <w:r>
        <w:rPr>
          <w:rFonts w:ascii="Arial" w:hAnsi="Arial"/>
          <w:b/>
          <w:sz w:val="19"/>
        </w:rPr>
        <w:t xml:space="preserve">Data &amp; BI: </w:t>
      </w:r>
      <w:r>
        <w:rPr>
          <w:rFonts w:ascii="Arial" w:hAnsi="Arial"/>
          <w:sz w:val="19"/>
        </w:rPr>
        <w:t>SQL, Power BI, Excel, Google Sheets, Google Analytics 4, data cleaning, data validation, data visualization, reporting, CSV data</w:t>
      </w:r>
      <w:r>
        <w:br/>
      </w:r>
      <w:r>
        <w:rPr>
          <w:rFonts w:ascii="Arial" w:hAnsi="Arial"/>
          <w:b/>
          <w:sz w:val="19"/>
        </w:rPr>
        <w:t xml:space="preserve">Web Development: </w:t>
      </w:r>
      <w:r>
        <w:rPr>
          <w:rFonts w:ascii="Arial" w:hAnsi="Arial"/>
          <w:sz w:val="19"/>
        </w:rPr>
        <w:t>HTML, CSS, JavaScript, responsive design, mobile optimization, accessibility, debugging</w:t>
      </w:r>
      <w:r>
        <w:br/>
      </w:r>
      <w:r>
        <w:rPr>
          <w:rFonts w:ascii="Arial" w:hAnsi="Arial"/>
          <w:b/>
          <w:sz w:val="19"/>
        </w:rPr>
        <w:t xml:space="preserve">Tools: </w:t>
      </w:r>
      <w:r>
        <w:rPr>
          <w:rFonts w:ascii="Arial" w:hAnsi="Arial"/>
          <w:sz w:val="19"/>
        </w:rPr>
        <w:t>Git, GitHub, Cloudflare Pages, browser developer tools, Microsoft Word, Python (basic familiarity)</w:t>
      </w:r>
      <w:r>
        <w:br/>
      </w:r>
      <w:r>
        <w:rPr>
          <w:rFonts w:ascii="Arial" w:hAnsi="Arial"/>
          <w:b/>
          <w:sz w:val="19"/>
        </w:rPr>
        <w:t xml:space="preserve">Quality &amp; Analysis: </w:t>
      </w:r>
      <w:r>
        <w:rPr>
          <w:rFonts w:ascii="Arial" w:hAnsi="Arial"/>
          <w:sz w:val="19"/>
        </w:rPr>
        <w:t>structured review, error detection, cross-device testing, documentation</w:t>
      </w:r>
    </w:p>
    <w:sectPr w:rsidR="00FC693F" w:rsidRPr="0006063C" w:rsidSect="00034616">
      <w:pgSz w:w="12240" w:h="15840"/>
      <w:pgMar w:top="605" w:right="806" w:bottom="605" w:left="8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alex-zheng0" TargetMode="External"/><Relationship Id="rId10" Type="http://schemas.openxmlformats.org/officeDocument/2006/relationships/hyperlink" Target="https://alexzheng-portfolio.pages.dev" TargetMode="External"/><Relationship Id="rId11" Type="http://schemas.openxmlformats.org/officeDocument/2006/relationships/hyperlink" Target="https://github.com/InsomniaTeaS/lobbypick-analytics" TargetMode="External"/><Relationship Id="rId12" Type="http://schemas.openxmlformats.org/officeDocument/2006/relationships/hyperlink" Target="https://lobbypick.com" TargetMode="External"/><Relationship Id="rId13" Type="http://schemas.openxmlformats.org/officeDocument/2006/relationships/hyperlink" Target="https://worthmytime.pages.dev" TargetMode="External"/><Relationship Id="rId14" Type="http://schemas.openxmlformats.org/officeDocument/2006/relationships/hyperlink" Target="https://earnveri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Zheng - Data &amp; BI Resume</dc:title>
  <dc:subject>Resume</dc:subject>
  <dc:creator>Alex Zheng</dc:creator>
  <cp:keywords/>
  <dc:description>generated by python-docx</dc:description>
  <cp:lastModifiedBy>Alex Zheng</cp:lastModifiedBy>
  <cp:revision>1</cp:revision>
  <dcterms:created xsi:type="dcterms:W3CDTF">2013-12-23T23:15:00Z</dcterms:created>
  <dcterms:modified xsi:type="dcterms:W3CDTF">2013-12-23T23:15:00Z</dcterms:modified>
  <cp:category/>
</cp:coreProperties>
</file>