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"/>
        <w:jc w:val="center"/>
      </w:pPr>
      <w:r>
        <w:rPr>
          <w:rFonts w:ascii="Arial" w:hAnsi="Arial"/>
          <w:b/>
          <w:sz w:val="28"/>
        </w:rPr>
        <w:t>ALEX ZHENG</w:t>
      </w:r>
    </w:p>
    <w:p>
      <w:pPr>
        <w:spacing w:after="0"/>
        <w:jc w:val="center"/>
      </w:pPr>
      <w:r>
        <w:rPr>
          <w:rFonts w:ascii="Arial" w:hAnsi="Arial"/>
          <w:sz w:val="20"/>
        </w:rPr>
        <w:t>Philadelphia, PA | zhengalex12@gmail.com | linkedin.com/in/alex-zheng0 | alexzheng-portfolio.pages.dev</w:t>
      </w:r>
    </w:p>
    <w:p>
      <w:pPr>
        <w:spacing w:before="90" w:after="20"/>
        <w:pBdr>
          <w:bottom w:val="single" w:sz="6" w:space="1" w:color="000000"/>
        </w:pBdr>
      </w:pPr>
      <w:r>
        <w:rPr>
          <w:rFonts w:ascii="Arial" w:hAnsi="Arial"/>
          <w:b/>
          <w:sz w:val="21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Community College of Philadelphia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9"/>
              </w:rPr>
              <w:t>2026</w:t>
            </w:r>
          </w:p>
        </w:tc>
      </w:tr>
    </w:tbl>
    <w:p>
      <w:pPr>
        <w:spacing w:after="0"/>
      </w:pPr>
      <w:r>
        <w:rPr>
          <w:rFonts w:ascii="Arial" w:hAnsi="Arial"/>
          <w:sz w:val="20"/>
        </w:rPr>
        <w:t>A.A.S. in Computer Information Systems</w:t>
      </w:r>
    </w:p>
    <w:p>
      <w:pPr>
        <w:spacing w:before="90" w:after="20"/>
        <w:pBdr>
          <w:bottom w:val="single" w:sz="6" w:space="1" w:color="000000"/>
        </w:pBdr>
      </w:pPr>
      <w:r>
        <w:rPr>
          <w:rFonts w:ascii="Arial" w:hAnsi="Arial"/>
          <w:b/>
          <w:sz w:val="21"/>
        </w:rPr>
        <w:t>RELEVANT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AI Trainer | Handshake AI Fellowship, Remote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9"/>
              </w:rPr>
              <w:t>2026 - Present</w:t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Review digital content against detailed project rules, correct labeling, timing, and formatting errors, and submit work that meets quality requirements.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Check structured fields for completeness and consistency, document problems clearly, and revise work based on review feedback so submissions stay accurate and usable.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AI Evaluation and Training Data Contractor | Remote Projects, Remote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9"/>
              </w:rPr>
              <w:t>2025 - Present</w:t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Evaluate structured outputs for accuracy, consistency, instruction following, and formatting, then record specific issues so they can be corrected.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Organize and validate task data with repeatable review steps, keeping information consistent across deadline-based assignments.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Cashier | I Tea, Philadelphia, PA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9"/>
              </w:rPr>
              <w:t>Jun 2018 - Aug 2025</w:t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Processed cash, card, phone, and online orders through the POS system while checking order details for accuracy during busy shifts.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Answered customer questions and resolved order issues calmly so customers received the correct items and clear information.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Prepared bubble tea and other drinks from recipes while managing multiple orders at once and supporting coworkers during rushes.</w:t>
      </w:r>
    </w:p>
    <w:p>
      <w:pPr>
        <w:spacing w:before="90" w:after="20"/>
        <w:pBdr>
          <w:bottom w:val="single" w:sz="6" w:space="1" w:color="000000"/>
        </w:pBdr>
      </w:pPr>
      <w:r>
        <w:rPr>
          <w:rFonts w:ascii="Arial" w:hAnsi="Arial"/>
          <w:b/>
          <w:sz w:val="21"/>
        </w:rPr>
        <w:t>SELECTED PROJECTS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LobbyPick | Independent Web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hyperlink r:id="rId10">
              <w:r>
                <w:rPr>
                  <w:rFonts w:ascii="Arial" w:hAnsi="Arial" w:eastAsia="Arial"/>
                  <w:sz w:val="19"/>
                  <w:szCs w:val="19"/>
                  <w:color w:val="0563C1"/>
                  <w:u w:val="single"/>
                </w:rPr>
                <w:t>lobbypick.com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and maintain a responsive Roblox game discovery website using HTML, CSS, and JavaScript, organizing 262 reviewed games with categories, metadata, filters, and matching tools so visitors can narrow down what to play.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Cleaned duplicate records, standardized labels, fixed broken links and mobile layout issues, and reviewed GA4 events to understand finder completion and outbound clicks.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Prep Everything! | Roblox Game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Developing a mobile-first multiplayer Roblox game with short food-preparation minigames, grading, shipping, collection, upgrades, tutorials, and cooperative play.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Iterated on gameplay systems, UI, touch controls, workstation and map design, debugging, performance, and multiplayer behavior through repeated testing.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EarnVerity | Independent Web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hyperlink r:id="rId11">
              <w:r>
                <w:rPr>
                  <w:rFonts w:ascii="Arial" w:hAnsi="Arial" w:eastAsia="Arial"/>
                  <w:sz w:val="19"/>
                  <w:szCs w:val="19"/>
                  <w:color w:val="0563C1"/>
                  <w:u w:val="single"/>
                </w:rPr>
                <w:t>earnverity.com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and maintain a mobile-friendly directory with 72 earning and financial platforms, using structured records for eligibility, payout timing, fees, categories, and disclosures so information is easier to compare.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Reviewed entries for outdated or inconsistent information, corrected duplicates, improved page readability, and verified links after updates.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WorthMyTime | Web &amp; Data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hyperlink r:id="rId9">
              <w:r>
                <w:rPr>
                  <w:rFonts w:ascii="Arial" w:hAnsi="Arial" w:eastAsia="Arial"/>
                  <w:sz w:val="19"/>
                  <w:szCs w:val="19"/>
                  <w:color w:val="0563C1"/>
                  <w:u w:val="single"/>
                </w:rPr>
                <w:t>worthmytime.pages.dev</w:t>
              </w:r>
            </w:hyperlink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 responsive job-value calculator that compares wages after commute time, taxes, and work costs, with side-by-side job and gig comparisons.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Added mobile-friendly inputs, comparison results, Google Analytics 4 tracking, and consent controls, then tested calculations and layouts across screen sizes.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24"/>
        <w:gridCol w:w="2088"/>
      </w:tblGrid>
      <w:tr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NextBias | Independent Web Project</w:t>
            </w:r>
          </w:p>
        </w:tc>
        <w:tc>
          <w:tcPr>
            <w:tcW w:type="dxa" w:w="531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Built a responsive K-pop discovery website with 95 group profiles, filters, saved selections, store links, correction tools, and light/dark themes so users can browse groups more easily.</w:t>
      </w:r>
    </w:p>
    <w:p>
      <w:pPr>
        <w:spacing w:after="12" w:line="245" w:lineRule="auto"/>
        <w:ind w:left="259" w:hanging="173"/>
      </w:pPr>
      <w:r>
        <w:rPr>
          <w:rFonts w:ascii="Arial" w:hAnsi="Arial"/>
          <w:sz w:val="19"/>
        </w:rPr>
        <w:t>•  Tested forms, navigation, mobile layouts, and cross-page content, then fixed broken links, duplicate information, and visual inconsistencies.</w:t>
      </w:r>
    </w:p>
    <w:p>
      <w:pPr>
        <w:spacing w:before="90" w:after="20"/>
        <w:pBdr>
          <w:bottom w:val="single" w:sz="6" w:space="1" w:color="000000"/>
        </w:pBdr>
      </w:pPr>
      <w:r>
        <w:rPr>
          <w:rFonts w:ascii="Arial" w:hAnsi="Arial"/>
          <w:b/>
          <w:sz w:val="21"/>
        </w:rPr>
        <w:t>TECHNICAL SKILLS</w:t>
      </w:r>
    </w:p>
    <w:p>
      <w:pPr>
        <w:spacing w:after="0" w:line="245" w:lineRule="auto"/>
      </w:pPr>
      <w:r>
        <w:rPr>
          <w:rFonts w:ascii="Arial" w:hAnsi="Arial"/>
          <w:sz w:val="19"/>
        </w:rPr>
        <w:t>Data &amp; Reporting: Excel, Google Sheets, Google Analytics 4, data validation, data cleaning, categorization, reporting, CSV data</w:t>
        <w:br/>
        <w:t>Web Development: HTML, CSS, JavaScript, responsive design, mobile optimization, accessibility, debugging, WordPress (basic prior use)</w:t>
        <w:br/>
        <w:t>Game Development: Roblox Studio, Lua (basic familiarity), gameplay systems, UI implementation, debugging, mobile optimization</w:t>
        <w:br/>
        <w:t>Tools: Git, GitHub, Cloudflare Pages, browser developer tools, Microsoft Word, Python (basic familiarity)</w:t>
        <w:br/>
        <w:t>Quality: Content QA, structured review, error detection, cross-device testing, documentation</w:t>
      </w:r>
    </w:p>
    <w:sectPr w:rsidR="00FC693F" w:rsidRPr="0006063C" w:rsidSect="00034616">
      <w:pgSz w:w="12240" w:h="15840"/>
      <w:pgMar w:top="605" w:right="806" w:bottom="605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orthmytime.pages.dev/" TargetMode="External"/><Relationship Id="rId10" Type="http://schemas.openxmlformats.org/officeDocument/2006/relationships/hyperlink" Target="https://lobbypick.com/" TargetMode="External"/><Relationship Id="rId11" Type="http://schemas.openxmlformats.org/officeDocument/2006/relationships/hyperlink" Target="https://earnver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Combined Internship Resume with Game Development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